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rFonts w:ascii="Arial" w:hAnsi="Arial" w:eastAsia="Arial"/>
          <w:b/>
          <w:i w:val="0"/>
          <w:color w:val="0F1A77"/>
          <w:sz w:val="32"/>
        </w:rPr>
        <w:t>Modèles de page de garde de thèse : mode d'emploi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Ce fichier contient 2 modèles, un par page. Gardez celui qui correspond à votre thèse et supprimez les autres pages.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Remplacez chaque élément entre crochets par vos informations, puis supprimez les crochets.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Remplacez les cadres « Logo » par le fichier officiel fourni par votre établissement (Insertion, Images), sans le déformer.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Gardez la page de garde sans numéro de page : dans Word, cochez « Première page différente » dans l'en-tête et le pied de page, ou placez-la dans une section à part.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Les consignes de votre établissement, de votre école doctorale ou de votre faculté priment toujours sur ce modèle : vérifiez-les avant d'imprimer.</w:t>
      </w:r>
    </w:p>
    <w:p>
      <w:pPr>
        <w:pStyle w:val="ListNumber"/>
        <w:spacing w:after="120"/>
      </w:pPr>
      <w:r>
        <w:rPr>
          <w:rFonts w:ascii="Arial" w:hAnsi="Arial" w:eastAsia="Arial"/>
          <w:b w:val="0"/>
          <w:i w:val="0"/>
          <w:sz w:val="22"/>
        </w:rPr>
        <w:t>Exportez ensuite le document complet en PDF et contrôlez la page de garde à 100 % avant de lancer l'impression.</w:t>
      </w:r>
    </w:p>
    <w:p>
      <w:pPr>
        <w:spacing w:before="280"/>
      </w:pPr>
      <w:r>
        <w:rPr>
          <w:rFonts w:ascii="Arial" w:hAnsi="Arial" w:eastAsia="Arial"/>
          <w:b/>
          <w:i w:val="0"/>
          <w:sz w:val="22"/>
        </w:rPr>
        <w:t>Modèles inclus :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22"/>
        </w:rPr>
        <w:t>Modèle 1 : thèse de doctorat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22"/>
        </w:rPr>
        <w:t>Modèle 2 : thèse d'exercice (médecine, pharmacie, chirurgie dentaire, vétérinaire)</w:t>
      </w:r>
    </w:p>
    <w:p>
      <w:pPr>
        <w:spacing w:before="360"/>
      </w:pPr>
      <w:r>
        <w:rPr>
          <w:rFonts w:ascii="Arial" w:hAnsi="Arial" w:eastAsia="Arial"/>
          <w:b w:val="0"/>
          <w:i/>
          <w:color w:val="6B6B6B"/>
          <w:sz w:val="18"/>
        </w:rPr>
        <w:t>Modèles proposés par l'atelier impression-these.com. Libres d'utilisation et de modification.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2835"/>
        <w:gridCol w:w="2948"/>
      </w:tblGrid>
      <w:tr>
        <w:trPr>
          <w:trHeight w:val="1474"/>
        </w:trPr>
        <w:tc>
          <w:tcPr>
            <w:tcW w:type="dxa" w:w="2948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6B6B6B"/>
                <w:sz w:val="20"/>
              </w:rPr>
              <w:t>[Logo de l'université ou de l'établissement]</w:t>
            </w:r>
          </w:p>
        </w:tc>
        <w:tc>
          <w:tcPr>
            <w:tcW w:type="dxa" w:w="2835"/>
          </w:tcPr>
          <w:p/>
        </w:tc>
        <w:tc>
          <w:tcPr>
            <w:tcW w:type="dxa" w:w="2948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6B6B6B"/>
                <w:sz w:val="20"/>
              </w:rPr>
              <w:t>[Logo de l'école doctorale, si demandé]</w:t>
            </w:r>
          </w:p>
        </w:tc>
      </w:tr>
    </w:tbl>
    <w:p>
      <w:pPr>
        <w:spacing w:after="200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THÈSE DE DOCTORAT DE [L'UNIVERSITÉ OU L'ÉTABLISSEMENT]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École doctorale n° [numéro] : [nom de l'école doctorale]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Spécialité de doctorat : [spécialité]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Unité de recherche : [laboratoire]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color w:val="6B6B6B"/>
          <w:sz w:val="22"/>
        </w:rPr>
        <w:t>[NNT, si votre établissement l'impose]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Par [Prénom NOM]</w:t>
      </w:r>
    </w:p>
    <w:p>
      <w:pPr>
        <w:spacing w:before="0" w:after="680"/>
        <w:jc w:val="center"/>
      </w:pPr>
    </w:p>
    <w:p>
      <w:pPr>
        <w:spacing w:before="0" w:after="160"/>
        <w:jc w:val="center"/>
      </w:pPr>
      <w:r>
        <w:rPr>
          <w:rFonts w:ascii="Times New Roman" w:hAnsi="Times New Roman" w:eastAsia="Times New Roman"/>
          <w:b/>
          <w:i w:val="0"/>
          <w:color w:val="0F1A77"/>
          <w:sz w:val="52"/>
        </w:rPr>
        <w:t>[TITRE DE LA THÈSE]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/>
          <w:sz w:val="30"/>
        </w:rPr>
        <w:t>[Sous-titre éventuel]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Thèse présentée et soutenue à [ville], le [date de soutenance]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Composition du jury 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[Titre,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Président(e)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[Titre,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Rapporteur(e)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[Titre,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Rapporteur(e)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[Titre,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Examinateur ou examinatrice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[Titre, établissement]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Directeur ou directrice de thèse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</w:tblGrid>
      <w:tr>
        <w:trPr>
          <w:trHeight w:val="1474"/>
        </w:trPr>
        <w:tc>
          <w:tcPr>
            <w:tcW w:type="dxa" w:w="3402"/>
            <w:tcBorders>
              <w:top w:val="single" w:sz="6" w:color="9A9A9A"/>
              <w:left w:val="single" w:sz="6" w:color="9A9A9A"/>
              <w:bottom w:val="single" w:sz="6" w:color="9A9A9A"/>
              <w:right w:val="single" w:sz="6" w:color="9A9A9A"/>
            </w:tcBorders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6B6B6B"/>
                <w:sz w:val="20"/>
              </w:rPr>
              <w:t>[Logo de la faculté ou de l'école]</w:t>
            </w:r>
          </w:p>
        </w:tc>
      </w:tr>
    </w:tbl>
    <w:p>
      <w:pPr>
        <w:spacing w:after="200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[UNIVERSITÉ OU ÉCOLE]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[Faculté ou UFR]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color w:val="6B6B6B"/>
          <w:sz w:val="22"/>
        </w:rPr>
        <w:t>Année [20XX]   Thèse n° [numéro, s'il est attribué]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THÈSE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pour le diplôme d'État de docteur en [médecine / pharmacie / chirurgie dentaire]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color w:val="6B6B6B"/>
          <w:sz w:val="22"/>
        </w:rPr>
        <w:t>[ou : pour obtenir le grade de docteur vétérinaire]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color w:val="6B6B6B"/>
          <w:sz w:val="22"/>
        </w:rPr>
        <w:t>[Spécialité, si votre faculté la demande]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Présentée et soutenue publiquement le [date]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par [Prénom NOM]</w:t>
      </w: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color w:val="6B6B6B"/>
          <w:sz w:val="22"/>
        </w:rPr>
        <w:t>[Date et lieu de naissance, si votre faculté les demande]</w:t>
      </w:r>
    </w:p>
    <w:p>
      <w:pPr>
        <w:spacing w:before="0" w:after="680"/>
        <w:jc w:val="center"/>
      </w:pPr>
    </w:p>
    <w:p>
      <w:pPr>
        <w:spacing w:before="0" w:after="160"/>
        <w:jc w:val="center"/>
      </w:pPr>
      <w:r>
        <w:rPr>
          <w:rFonts w:ascii="Times New Roman" w:hAnsi="Times New Roman" w:eastAsia="Times New Roman"/>
          <w:b/>
          <w:i w:val="0"/>
          <w:color w:val="0F1A77"/>
          <w:sz w:val="52"/>
        </w:rPr>
        <w:t>[TITRE DE LA THÈSE]</w:t>
      </w:r>
    </w:p>
    <w:p>
      <w:pPr>
        <w:spacing w:before="0" w:after="680"/>
        <w:jc w:val="center"/>
      </w:pPr>
    </w:p>
    <w:p>
      <w:pPr>
        <w:spacing w:before="0" w:after="80"/>
        <w:jc w:val="center"/>
      </w:pPr>
      <w:r>
        <w:rPr>
          <w:rFonts w:ascii="Times New Roman" w:hAnsi="Times New Roman" w:eastAsia="Times New Roman"/>
          <w:b w:val="0"/>
          <w:i w:val="0"/>
          <w:sz w:val="26"/>
        </w:rPr>
        <w:t>Jury 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 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[Fonction]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Président(e)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[Dr ou Pr 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[Fonction]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Directeur ou directrice de thèse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[Fonction]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Membre du jury</w:t>
            </w:r>
          </w:p>
        </w:tc>
      </w:tr>
      <w:tr>
        <w:tc>
          <w:tcPr>
            <w:tcW w:type="dxa" w:w="260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[Prénom NOM]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[Fonction]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Membre du jury</w:t>
            </w:r>
          </w:p>
        </w:tc>
      </w:tr>
    </w:tbl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de page de garde de thèse</dc:title>
  <dc:subject>Modèles de page de garde de thèse</dc:subject>
  <dc:creator>Impression-Thèse</dc:creator>
  <cp:keywords>page de garde, thèse, modèle Word</cp:keywords>
  <dc:description/>
  <cp:lastModifiedBy>Impression-Thèse</cp:lastModifiedBy>
  <cp:revision>1</cp:revision>
  <dcterms:created xsi:type="dcterms:W3CDTF">2026-10-06T09:00:00Z</dcterms:created>
  <dcterms:modified xsi:type="dcterms:W3CDTF">2026-10-06T09:00:00Z</dcterms:modified>
  <cp:category/>
</cp:coreProperties>
</file>